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Mehmet Kaya</w:t>
      </w:r>
    </w:p>
    <w:p>
      <w:r>
        <w:rPr>
          <w:b/>
        </w:rPr>
        <w:t>Yeni Mezun — Endüstri Mühendisi</w:t>
      </w:r>
    </w:p>
    <w:p>
      <w:r>
        <w:t>Ankara · 0555 000 00 00 · mehmet.kaya@ornek.com · linkedin.com/in/mehmetkaya</w:t>
      </w:r>
    </w:p>
    <w:p>
      <w:pPr>
        <w:pStyle w:val="Heading1"/>
      </w:pPr>
      <w:r>
        <w:t>Özet</w:t>
      </w:r>
    </w:p>
    <w:p>
      <w:r>
        <w:t>Endüstri mühendisliği yeni mezunu. Üretim planlama stajında SAP üzerinde haftalık planlama verisi hazırladım. Excel, Python ve yalın üretim araçlarıyla süreç iyileştirme projelerinde çalıştım.</w:t>
      </w:r>
    </w:p>
    <w:p>
      <w:pPr>
        <w:pStyle w:val="Heading1"/>
      </w:pPr>
      <w:r>
        <w:t>Eğitim</w:t>
      </w:r>
    </w:p>
    <w:p>
      <w:r>
        <w:rPr>
          <w:b/>
        </w:rPr>
        <w:t>Endüstri Mühendisliği (Lisans) — Örnek Teknik Üniversitesi, Ankara | 2021 – 2025</w:t>
      </w:r>
    </w:p>
    <w:p>
      <w:pPr>
        <w:pStyle w:val="ListBullet"/>
      </w:pPr>
      <w:r>
        <w:t>Bitirme projesi: depo yerleşimi için ABC analizi ve toplama rotası optimizasyonu (Python).</w:t>
      </w:r>
    </w:p>
    <w:p>
      <w:pPr>
        <w:pStyle w:val="ListBullet"/>
      </w:pPr>
      <w:r>
        <w:t>İlgili dersler: Üretim Planlama, Yöneylem Araştırması, Kalite Kontrol, Tedarik Zinciri Yönetimi.</w:t>
      </w:r>
    </w:p>
    <w:p>
      <w:pPr>
        <w:pStyle w:val="Heading1"/>
      </w:pPr>
      <w:r>
        <w:t>Deneyim</w:t>
      </w:r>
    </w:p>
    <w:p>
      <w:r>
        <w:rPr>
          <w:b/>
        </w:rPr>
        <w:t>Üretim Planlama Stajyeri — Örnek Otomotiv A.Ş., Bursa | Tem 2024 – Ağu 2024</w:t>
      </w:r>
    </w:p>
    <w:p>
      <w:pPr>
        <w:pStyle w:val="ListBullet"/>
      </w:pPr>
      <w:r>
        <w:t>SAP PP üzerinde haftalık üretim planı verilerini hazırladım ve güncelledim.</w:t>
      </w:r>
    </w:p>
    <w:p>
      <w:pPr>
        <w:pStyle w:val="ListBullet"/>
      </w:pPr>
      <w:r>
        <w:t>Montaj hattında çevrim süresi ölçümü yapıp darboğaz istasyonlarını Excel ile raporladım.</w:t>
      </w:r>
    </w:p>
    <w:p>
      <w:pPr>
        <w:pStyle w:val="ListBullet"/>
      </w:pPr>
      <w:r>
        <w:t>5S ve kaizen çalışmalarında ekip üyesi olarak yer aldım.</w:t>
      </w:r>
    </w:p>
    <w:p>
      <w:r>
        <w:rPr>
          <w:b/>
        </w:rPr>
        <w:t>Kalite Stajyeri — Örnek Makine Ltd., Ankara | Tem 2023 – Ağu 2023</w:t>
      </w:r>
    </w:p>
    <w:p>
      <w:pPr>
        <w:pStyle w:val="ListBullet"/>
      </w:pPr>
      <w:r>
        <w:t>Giriş kalite kontrol kayıtlarını düzenledim; hata türlerini Pareto analiziyle sınıflandırdım.</w:t>
      </w:r>
    </w:p>
    <w:p>
      <w:pPr>
        <w:pStyle w:val="ListBullet"/>
      </w:pPr>
      <w:r>
        <w:t>Ölçüm aletleri kalibrasyon takvimini güncelledim.</w:t>
      </w:r>
    </w:p>
    <w:p>
      <w:pPr>
        <w:pStyle w:val="Heading1"/>
      </w:pPr>
      <w:r>
        <w:t>Beceriler</w:t>
      </w:r>
    </w:p>
    <w:p>
      <w:r>
        <w:t>Üretim planlama, SAP PP, Excel (pivot tablo, makro), Python (pandas), yalın üretim, 5S, kaizen, Pareto analizi, ABC analizi, AutoCAD</w:t>
      </w:r>
    </w:p>
    <w:p>
      <w:pPr>
        <w:pStyle w:val="Heading1"/>
      </w:pPr>
      <w:r>
        <w:t>Projeler ve Etkinlikler</w:t>
      </w:r>
    </w:p>
    <w:p>
      <w:pPr>
        <w:pStyle w:val="ListBullet"/>
      </w:pPr>
      <w:r>
        <w:t>Üniversite Endüstri Mühendisliği Kulübü — Etkinlik Koordinatörü (2023 – 2024)</w:t>
      </w:r>
    </w:p>
    <w:p>
      <w:pPr>
        <w:pStyle w:val="ListBullet"/>
      </w:pPr>
      <w:r>
        <w:t>Tedarik zinciri vaka yarışması — takım üyesi (2024)</w:t>
      </w:r>
    </w:p>
    <w:p>
      <w:pPr>
        <w:pStyle w:val="Heading1"/>
      </w:pPr>
      <w:r>
        <w:t>Diller</w:t>
      </w:r>
    </w:p>
    <w:p>
      <w:pPr>
        <w:pStyle w:val="ListBullet"/>
      </w:pPr>
      <w:r>
        <w:t>Türkçe — Ana dil</w:t>
      </w:r>
    </w:p>
    <w:p>
      <w:pPr>
        <w:pStyle w:val="ListBullet"/>
      </w:pPr>
      <w:r>
        <w:t>İngilizce — İleri (B2)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cs="Calibri" w:eastAsia="Calibri"/>
      <w:b w:val="0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60"/>
      <w:outlineLvl w:val="0"/>
    </w:pPr>
    <w:rPr>
      <w:rFonts w:asciiTheme="majorHAnsi" w:eastAsiaTheme="majorEastAsia" w:hAnsiTheme="majorHAnsi" w:cstheme="majorBidi" w:ascii="Calibri" w:hAnsi="Calibri" w:cs="Calibri" w:eastAsia="Calibri"/>
      <w:b/>
      <w:bCs/>
      <w:color w:val="11111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 w:cs="Calibri" w:eastAsia="Calibri"/>
      <w:b/>
      <w:color w:val="11111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cs="Calibri" w:eastAsia="Calibri"/>
      <w:b w:val="0"/>
      <w:color w:val="111111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Mehmet Kaya — CV</dc:title>
  <dc:subject/>
  <dc:creator>CVtoapply ATS uyumlu CV şablonu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